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 w:eastAsia="Arial"/>
          <w:sz w:val="80"/>
          <w:rtl w:val="1"/>
          <w:szCs w:val="80"/>
        </w:rPr>
        <w:t>✂️</w:t>
      </w:r>
    </w:p>
    <w:p>
      <w:pPr>
        <w:bidi w:val="1"/>
        <w:jc w:val="center"/>
      </w:pPr>
      <w:r>
        <w:rPr>
          <w:rFonts w:ascii="Arial" w:hAnsi="Arial" w:cs="Arial" w:eastAsia="Arial"/>
          <w:sz w:val="26"/>
          <w:rtl w:val="1"/>
          <w:szCs w:val="26"/>
        </w:rPr>
        <w:t>🧩 מקום בארץ – חידות תמונה</w:t>
      </w:r>
    </w:p>
    <w:p>
      <w:pPr>
        <w:bidi w:val="1"/>
        <w:jc w:val="center"/>
      </w:pPr>
      <w:r>
        <w:rPr>
          <w:rFonts w:ascii="Arial" w:hAnsi="Arial" w:cs="Arial" w:eastAsia="Arial"/>
          <w:b/>
          <w:sz w:val="52"/>
          <w:rtl w:val="1"/>
          <w:bCs/>
          <w:szCs w:val="52"/>
        </w:rPr>
        <w:t>כרטיסיות חידות 3×4 – חלק א׳</w:t>
      </w:r>
    </w:p>
    <w:p>
      <w:pPr>
        <w:bidi w:val="1"/>
        <w:jc w:val="center"/>
      </w:pPr>
      <w:r>
        <w:rPr>
          <w:rFonts w:ascii="Arial" w:hAnsi="Arial" w:cs="Arial" w:eastAsia="Arial"/>
          <w:sz w:val="26"/>
          <w:rtl w:val="1"/>
          <w:szCs w:val="26"/>
        </w:rPr>
        <w:t>כרטיסים 1–36 + דף תשובות בסוף · גרסה חסכונית בדיו</w:t>
      </w:r>
    </w:p>
    <w:p>
      <w:pPr>
        <w:bidi w:val="1"/>
        <w:jc w:val="center"/>
      </w:pPr>
      <w:r>
        <w:rPr>
          <w:rFonts w:ascii="Arial" w:hAnsi="Arial" w:cs="Arial" w:eastAsia="Arial"/>
          <w:b/>
          <w:sz w:val="32"/>
          <w:rtl w:val="1"/>
          <w:bCs/>
          <w:szCs w:val="32"/>
        </w:rPr>
        <w:t>👩‍🏫 מהדורה למורה + כרטיסים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12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ed">
        <w:r>
          <w:rPr>
            <w:rFonts w:ascii="Arial" w:hAnsi="Arial" w:cs="Arial"/>
            <w:rtl/>
            <w:color w:val="3A1D99"/>
            <w:u w:val="single"/>
          </w:rPr>
          <w:t xml:space="preserve">• 👩‍🏫 מהדורה למורה – איך משתמשים בכרטיסים</w:t>
        </w:r>
      </w:hyperlink>
    </w:p>
    <w:p>
      <w:pPr>
        <w:bidi w:val="1"/>
        <w:jc w:val="right"/>
      </w:pPr>
      <w:hyperlink w:anchor="p0">
        <w:r>
          <w:rPr>
            <w:rFonts w:ascii="Arial" w:hAnsi="Arial" w:cs="Arial"/>
            <w:rtl/>
            <w:color w:val="3A1D99"/>
            <w:u w:val="single"/>
          </w:rPr>
          <w:t xml:space="preserve">• כרטיסים 1–12</w:t>
        </w:r>
      </w:hyperlink>
    </w:p>
    <w:p>
      <w:pPr>
        <w:bidi w:val="1"/>
        <w:jc w:val="right"/>
      </w:pPr>
      <w:hyperlink w:anchor="p1">
        <w:r>
          <w:rPr>
            <w:rFonts w:ascii="Arial" w:hAnsi="Arial" w:cs="Arial"/>
            <w:rtl/>
            <w:color w:val="3A1D99"/>
            <w:u w:val="single"/>
          </w:rPr>
          <w:t xml:space="preserve">• כרטיסים 13–24</w:t>
        </w:r>
      </w:hyperlink>
    </w:p>
    <w:p>
      <w:pPr>
        <w:bidi w:val="1"/>
        <w:jc w:val="right"/>
      </w:pPr>
      <w:hyperlink w:anchor="p2">
        <w:r>
          <w:rPr>
            <w:rFonts w:ascii="Arial" w:hAnsi="Arial" w:cs="Arial"/>
            <w:rtl/>
            <w:color w:val="3A1D99"/>
            <w:u w:val="single"/>
          </w:rPr>
          <w:t xml:space="preserve">• כרטיסים 25–36</w:t>
        </w:r>
      </w:hyperlink>
    </w:p>
    <w:p>
      <w:pPr>
        <w:bidi w:val="1"/>
        <w:jc w:val="right"/>
      </w:pPr>
      <w:hyperlink w:anchor="ans">
        <w:r>
          <w:rPr>
            <w:rFonts w:ascii="Arial" w:hAnsi="Arial" w:cs="Arial"/>
            <w:rtl/>
            <w:color w:val="3A1D99"/>
            <w:u w:val="single"/>
          </w:rPr>
          <w:t xml:space="preserve">• 🔑 דף תשובות</w:t>
        </w:r>
      </w:hyperlink>
    </w:p>
    <w:p>
      <w:bookmarkStart w:id="106" w:name="ed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👩‍🏫 מהדורה למורה – איך משתמשים בכרטיסים</w:t>
      </w:r>
      <w:bookmarkEnd w:id="106"/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מדפיסים, גוזרים לאורך הקווים המקווקווים. דף התשובות בסוף – מדפיסים אותו בנפרד.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משחק זוגות: כל זוג מקבל 6 כרטיסים, פותר וממלא את המשבצות בעיפרון.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תחנות: מפזרים כרטיסים בכיתה; כל קבוצה פותרת ומסבירה את משחק המילים.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חנ״מ: בוחרים כרטיסים עם ⭐ אחד, ומציעים 2–3 תשובות בכתב לבחירה.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עולים: לפני הפתרון אומרים בקול את שם כל תמונה (בית, שמש, ים…).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⭐ = קל · ⭐⭐ = בינוני · ⭐⭐⭐ = קשה. מספר המשבצות = מספר האותיות בכל מילה. חלק א׳: כרטיסים 1–36 · חלק ב׳: כרטיסים 37–65.</w:t>
      </w:r>
    </w:p>
    <w:p>
      <w:r>
        <w:br w:type="page"/>
      </w:r>
    </w:p>
    <w:p>
      <w:bookmarkStart w:id="107" w:name="p0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✂️ כרטיסים 1–12</w:t>
      </w:r>
      <w:bookmarkEnd w:id="107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#1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1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#2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975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2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9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#3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3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#4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4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#5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5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   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#6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67875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6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787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#7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45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7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4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#8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8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#9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7275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9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72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#10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050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10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0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#11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6675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11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6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#12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050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12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0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</w:tbl>
    <w:p>
      <w:r>
        <w:br w:type="page"/>
      </w:r>
    </w:p>
    <w:p>
      <w:bookmarkStart w:id="108" w:name="p1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✂️ כרטיסים 13–24</w:t>
      </w:r>
      <w:bookmarkEnd w:id="108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#13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050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13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0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#14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050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14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0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#15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6675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15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6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   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#16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525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16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52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#17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17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#18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6675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18.jp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6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   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#19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19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#20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6675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20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6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#21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21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#22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920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22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9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#23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45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23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4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#24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24.jp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</w:tbl>
    <w:p>
      <w:r>
        <w:br w:type="page"/>
      </w:r>
    </w:p>
    <w:p>
      <w:bookmarkStart w:id="109" w:name="p2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✂️ כרטיסים 25–36</w:t>
      </w:r>
      <w:bookmarkEnd w:id="109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#25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45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25.jp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4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#26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26.jp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   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#27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920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27.jp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9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#28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615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28.jp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1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#29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975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29.jp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9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   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#30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30.jp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   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#31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050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31.jp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0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#32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6675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32.jp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6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   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#33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05000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33.jp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0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#34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34.jp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   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#35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35.jp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#36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050000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-36.jp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0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</w:tbl>
    <w:p>
      <w:r>
        <w:br w:type="page"/>
      </w:r>
    </w:p>
    <w:p>
      <w:bookmarkStart w:id="110" w:name="ans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🔑 דף תשובות</w:t>
      </w:r>
      <w:bookmarkEnd w:id="110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444444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1"/>
                <w:rtl w:val="1"/>
                <w:bCs/>
                <w:szCs w:val="21"/>
              </w:rPr>
              <w:t>#</w:t>
            </w:r>
          </w:p>
        </w:tc>
        <w:tc>
          <w:tcPr>
            <w:tcW w:type="dxa" w:w="3402"/>
            <w:shd w:val="clear" w:color="auto" w:fill="444444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402"/>
            <w:shd w:val="clear" w:color="auto" w:fill="444444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1"/>
                <w:rtl w:val="1"/>
                <w:bCs/>
                <w:szCs w:val="21"/>
              </w:rPr>
              <w:t>משחק המילים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ראש פינה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ראש + פינה. שתי מילים שלמות, כל אחת מצוירת כמו שהיא.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באר שבע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באר + שבע (המספר 7). המספר מצויר בספרה – וקוראים אותו במילים.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כפר סבא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כפר + סבא. שתי מילים מוכרות מחיי היום־יום.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רמת גן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רמה (שלב, דרגה) + גן. "רמה" בצורת סמיכות נהיית "רמת" – כמו "רמת קושי".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תל אביב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תל (גבעה עתיקה) + אביב (העונה הפורחת).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כרמיאל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כרם (גפנים וענבים) + האותיות י־אל. מילה אחת + תוספת אותיות.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נהריה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נהר + יה. בעיר זורם נחל קטן – הגעתון – לאורך הרחוב הראשי.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חיפה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חי (בחיים – לב פועם) + פה. שני צלילים שמתחברים למילה אחת.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9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עפולה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 + פול (קטנייה) + ה. מילה קטנה מסתתרת בתוך שם העיר.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טבריה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ט + בריה (יצור, ברייה). המילה "בריה" פירושה יצור חי.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נוף הגליל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נוף + ה + גליל (צורה של גליל, כמו גליל נייר). "גליל" הוא גם שם האזור!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נצרת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נצר (נבט, ענף צעיר שצומח) + 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רהט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רהיט פחות י = רהט. כאן מורידים אות במקום להוסיף!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אילת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איל (זכר הכבשים) + 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ים המלח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ים + ה + מלח.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ראש הנקרה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ראש + ה + נקר (ציפור שמנקרת בעצים) + ה. "נקרה" היא בעצם מערה או נקיק בסלע.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 שמש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 + שמש.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ראשון לציון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ראשון (מדליית מקום ראשון) + ל + ציון (100 במבחן!). "ציון" הוא גם שם של ירושלים בשירה.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19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פתח תקווה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פתח (דלת פתוחה) + תקווה (קשת בענן).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ראש העין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ראש + ה + עין. "עין" היא גם מעיין – ואכן, ליד העיר נובעים מעיינות הירקון.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עין גדי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עין (גם: מעיין) + גדי (גור של עז). בשמורה באמת חיים יעלים!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גבעתיים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גבעה ועוד גבעה – שתי גבעות = גבעתיים (צורת זוגי, כמו ידיים, עיניים).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נתניה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נתן (נתן מתנה) + יה.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אשדוד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אש + דוד (דוד מים חמים על הגג).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חולון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חול + ון. העיר באמת נבנתה על חולות!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בת 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בת + 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רחובות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רחוב + רחוב = רחובות. מילה אחת ברבים!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מודיעין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מו (קול של פרה) + די! (מספיק) + עין. שלושה צלילים = מודיעין.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29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קריית שמונה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קריה (עיר, בניינים) + שמונה (8). "קריה" בסמיכות = "קריית".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קריית גת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קריה + גת (המקום שבו דורכים ענבים להכנת מיץ).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צפת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צף (מה שלא שוקע, כמו גלגל ים) + 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מגדל העמק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מגדל + ה + עמק.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כנרת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כנר (מי שמנגן בכינור) + ת. לפי אחד ההסברים, צורת האגם מזכירה כינור.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מצפה רמון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מצפה (מקום שמסתכלים ממנו, טלסקופ) + רימון (בלי י – רמון).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דימונה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די! (מספיק) + מונה (מכשיר שסופר, כמו מונה מים).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ערד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ער (לא ישן – שעון מעורר) + ד.</w:t>
            </w:r>
          </w:p>
        </w:tc>
      </w:tr>
    </w:tbl>
    <w:p>
      <w:pPr>
        <w:bidi w:val="1"/>
        <w:jc w:val="right"/>
      </w:pPr>
    </w:p>
    <w:p>
      <w:pPr>
        <w:bidi w:val="1"/>
        <w:jc w:val="center"/>
      </w:pPr>
      <w:r>
        <w:rPr>
          <w:rFonts w:ascii="Arial" w:hAnsi="Arial" w:cs="Arial" w:eastAsia="Arial"/>
          <w:color w:val="888888"/>
          <w:sz w:val="18"/>
          <w:rtl w:val="1"/>
          <w:szCs w:val="18"/>
        </w:rPr>
        <w:t>יצרה: רוית ראש בן ישי · מקום בארץ – חידות תמונה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A1D99"/>
      <w:sz w:val="28"/>
      <w:szCs w:val="28"/>
      <w:rFonts w:ascii="Arial" w:hAnsi="Arial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A1D99"/>
      <w:sz w:val="26"/>
      <w:szCs w:val="26"/>
      <w:rFonts w:ascii="Arial" w:hAnsi="Arial" w:cs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3A1D99"/>
      <w:rFonts w:ascii="Arial" w:hAnsi="Arial" w:cs="Ari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kartisiot-lo-1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